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09F7E" w14:textId="77777777" w:rsidR="00967AC7" w:rsidRDefault="00B21CB9">
      <w:pPr>
        <w:spacing w:after="0"/>
      </w:pPr>
      <w:r>
        <w:rPr>
          <w:b/>
          <w:sz w:val="30"/>
        </w:rPr>
        <w:t>Antrag auf Beurlaubung von Schülern</w:t>
      </w:r>
    </w:p>
    <w:p w14:paraId="6223539A" w14:textId="77777777" w:rsidR="00967AC7" w:rsidRDefault="00B21CB9">
      <w:pPr>
        <w:spacing w:after="240"/>
      </w:pPr>
      <w:r>
        <w:rPr>
          <w:sz w:val="20"/>
        </w:rPr>
        <w:t>(Abgabe an der jeweiligen Schule)</w:t>
      </w:r>
    </w:p>
    <w:p w14:paraId="004B28F2" w14:textId="77777777" w:rsidR="00967AC7" w:rsidRDefault="00B21CB9">
      <w:pPr>
        <w:spacing w:after="20"/>
      </w:pPr>
      <w:r>
        <w:t xml:space="preserve"> ______________________________________________________________________________________________</w:t>
      </w:r>
    </w:p>
    <w:p w14:paraId="5E6E71E7" w14:textId="221A9DB3" w:rsidR="00967AC7" w:rsidRDefault="00B21CB9">
      <w:pPr>
        <w:spacing w:after="100"/>
      </w:pPr>
      <w:r>
        <w:rPr>
          <w:sz w:val="17"/>
        </w:rPr>
        <w:t xml:space="preserve">Name, </w:t>
      </w:r>
      <w:proofErr w:type="spellStart"/>
      <w:r>
        <w:rPr>
          <w:sz w:val="17"/>
        </w:rPr>
        <w:t>Vorname</w:t>
      </w:r>
      <w:proofErr w:type="spellEnd"/>
      <w:r>
        <w:rPr>
          <w:sz w:val="17"/>
        </w:rPr>
        <w:t xml:space="preserve"> d</w:t>
      </w:r>
      <w:r w:rsidR="00891A35">
        <w:rPr>
          <w:sz w:val="17"/>
        </w:rPr>
        <w:t>es / der</w:t>
      </w:r>
      <w:r>
        <w:rPr>
          <w:sz w:val="17"/>
        </w:rPr>
        <w:t xml:space="preserve"> </w:t>
      </w:r>
      <w:proofErr w:type="spellStart"/>
      <w:r>
        <w:rPr>
          <w:sz w:val="17"/>
        </w:rPr>
        <w:t>Erziehungsberechtigten</w:t>
      </w:r>
      <w:proofErr w:type="spellEnd"/>
    </w:p>
    <w:p w14:paraId="4E80E3ED" w14:textId="77777777" w:rsidR="00891A35" w:rsidRDefault="00B21CB9">
      <w:pPr>
        <w:spacing w:after="20"/>
      </w:pPr>
      <w:r>
        <w:t xml:space="preserve"> </w:t>
      </w:r>
    </w:p>
    <w:p w14:paraId="4E148848" w14:textId="0D2B3AF1" w:rsidR="00967AC7" w:rsidRDefault="00B21CB9">
      <w:pPr>
        <w:spacing w:after="20"/>
      </w:pPr>
      <w:r>
        <w:t>_</w:t>
      </w:r>
      <w:r>
        <w:t>_____________________________________________________________________________________________</w:t>
      </w:r>
    </w:p>
    <w:p w14:paraId="04BD0076" w14:textId="3E52A54B" w:rsidR="00967AC7" w:rsidRDefault="00B21CB9">
      <w:pPr>
        <w:spacing w:after="100"/>
      </w:pPr>
      <w:r>
        <w:rPr>
          <w:sz w:val="17"/>
        </w:rPr>
        <w:t>Straße, PLZ, Wohnort der</w:t>
      </w:r>
      <w:r>
        <w:rPr>
          <w:sz w:val="17"/>
        </w:rPr>
        <w:t xml:space="preserve"> Erziehungsberechtigten                                      </w:t>
      </w:r>
    </w:p>
    <w:p w14:paraId="5B4FEAA5" w14:textId="77777777" w:rsidR="00891A35" w:rsidRDefault="00891A35">
      <w:pPr>
        <w:spacing w:before="100" w:after="0"/>
        <w:rPr>
          <w:sz w:val="20"/>
          <w:szCs w:val="20"/>
        </w:rPr>
      </w:pPr>
    </w:p>
    <w:p w14:paraId="380387ED" w14:textId="161EDECC" w:rsidR="00967AC7" w:rsidRDefault="00B21CB9" w:rsidP="00891A35">
      <w:pPr>
        <w:spacing w:before="100" w:after="0"/>
        <w:rPr>
          <w:sz w:val="20"/>
          <w:szCs w:val="20"/>
        </w:rPr>
      </w:pPr>
      <w:r w:rsidRPr="00891A35">
        <w:rPr>
          <w:sz w:val="20"/>
          <w:szCs w:val="20"/>
        </w:rPr>
        <w:t xml:space="preserve">I.) Antrag auf Beurlaubung vom Unterricht gemäß § 7 der </w:t>
      </w:r>
      <w:proofErr w:type="spellStart"/>
      <w:r w:rsidRPr="00891A35">
        <w:rPr>
          <w:sz w:val="20"/>
          <w:szCs w:val="20"/>
        </w:rPr>
        <w:t>Thüringer</w:t>
      </w:r>
      <w:proofErr w:type="spellEnd"/>
      <w:r w:rsidRPr="00891A35">
        <w:rPr>
          <w:sz w:val="20"/>
          <w:szCs w:val="20"/>
        </w:rPr>
        <w:t xml:space="preserve"> </w:t>
      </w:r>
      <w:proofErr w:type="spellStart"/>
      <w:r w:rsidRPr="00891A35">
        <w:rPr>
          <w:sz w:val="20"/>
          <w:szCs w:val="20"/>
        </w:rPr>
        <w:t>Schulordnung</w:t>
      </w:r>
      <w:proofErr w:type="spellEnd"/>
      <w:r w:rsidRPr="00891A35">
        <w:rPr>
          <w:sz w:val="20"/>
          <w:szCs w:val="20"/>
        </w:rPr>
        <w:t xml:space="preserve"> </w:t>
      </w:r>
      <w:proofErr w:type="spellStart"/>
      <w:r w:rsidRPr="00891A35">
        <w:rPr>
          <w:sz w:val="20"/>
          <w:szCs w:val="20"/>
        </w:rPr>
        <w:t>für</w:t>
      </w:r>
      <w:proofErr w:type="spellEnd"/>
      <w:r w:rsidRPr="00891A35">
        <w:rPr>
          <w:sz w:val="20"/>
          <w:szCs w:val="20"/>
        </w:rPr>
        <w:t xml:space="preserve"> die</w:t>
      </w:r>
      <w:r w:rsidR="00891A35">
        <w:rPr>
          <w:sz w:val="20"/>
          <w:szCs w:val="20"/>
        </w:rPr>
        <w:t xml:space="preserve"> </w:t>
      </w:r>
      <w:r w:rsidRPr="00891A35">
        <w:rPr>
          <w:sz w:val="20"/>
          <w:szCs w:val="20"/>
        </w:rPr>
        <w:t>Grundschule</w:t>
      </w:r>
    </w:p>
    <w:p w14:paraId="395606DC" w14:textId="77777777" w:rsidR="00891A35" w:rsidRPr="00891A35" w:rsidRDefault="00891A35" w:rsidP="00891A35">
      <w:pPr>
        <w:spacing w:before="100" w:after="0"/>
        <w:rPr>
          <w:sz w:val="20"/>
          <w:szCs w:val="20"/>
        </w:rPr>
      </w:pPr>
    </w:p>
    <w:p w14:paraId="7A82705A" w14:textId="77777777" w:rsidR="00967AC7" w:rsidRPr="00891A35" w:rsidRDefault="00B21CB9">
      <w:pPr>
        <w:spacing w:after="0"/>
        <w:rPr>
          <w:sz w:val="20"/>
          <w:szCs w:val="20"/>
        </w:rPr>
      </w:pPr>
      <w:r w:rsidRPr="00891A35">
        <w:rPr>
          <w:sz w:val="20"/>
          <w:szCs w:val="20"/>
        </w:rPr>
        <w:t xml:space="preserve">                    </w:t>
      </w:r>
      <w:r w:rsidRPr="00891A35">
        <w:rPr>
          <w:sz w:val="20"/>
          <w:szCs w:val="20"/>
        </w:rPr>
        <w:t xml:space="preserve">                                                </w:t>
      </w:r>
      <w:proofErr w:type="gramStart"/>
      <w:r w:rsidRPr="00891A35">
        <w:rPr>
          <w:sz w:val="20"/>
          <w:szCs w:val="20"/>
        </w:rPr>
        <w:t>(  )</w:t>
      </w:r>
      <w:proofErr w:type="gramEnd"/>
      <w:r w:rsidRPr="00891A35">
        <w:rPr>
          <w:sz w:val="20"/>
          <w:szCs w:val="20"/>
        </w:rPr>
        <w:t xml:space="preserve"> aus dringenden persönlichen Gründen</w:t>
      </w:r>
    </w:p>
    <w:p w14:paraId="791D240E" w14:textId="41B4EAA8" w:rsidR="00967AC7" w:rsidRPr="00891A35" w:rsidRDefault="00B21CB9">
      <w:pPr>
        <w:spacing w:after="80"/>
        <w:rPr>
          <w:sz w:val="20"/>
          <w:szCs w:val="20"/>
        </w:rPr>
      </w:pPr>
      <w:r w:rsidRPr="00891A35">
        <w:rPr>
          <w:sz w:val="20"/>
          <w:szCs w:val="20"/>
        </w:rPr>
        <w:t xml:space="preserve">                                                                    </w:t>
      </w:r>
      <w:proofErr w:type="gramStart"/>
      <w:r w:rsidRPr="00891A35">
        <w:rPr>
          <w:sz w:val="20"/>
          <w:szCs w:val="20"/>
        </w:rPr>
        <w:t>(  )</w:t>
      </w:r>
      <w:proofErr w:type="gramEnd"/>
      <w:r w:rsidRPr="00891A35">
        <w:rPr>
          <w:sz w:val="20"/>
          <w:szCs w:val="20"/>
        </w:rPr>
        <w:t xml:space="preserve"> </w:t>
      </w:r>
      <w:proofErr w:type="spellStart"/>
      <w:r w:rsidRPr="00891A35">
        <w:rPr>
          <w:sz w:val="20"/>
          <w:szCs w:val="20"/>
        </w:rPr>
        <w:t>zur</w:t>
      </w:r>
      <w:proofErr w:type="spellEnd"/>
      <w:r w:rsidRPr="00891A35">
        <w:rPr>
          <w:sz w:val="20"/>
          <w:szCs w:val="20"/>
        </w:rPr>
        <w:t xml:space="preserve"> </w:t>
      </w:r>
      <w:proofErr w:type="spellStart"/>
      <w:r w:rsidRPr="00891A35">
        <w:rPr>
          <w:sz w:val="20"/>
          <w:szCs w:val="20"/>
        </w:rPr>
        <w:t>Ausübung</w:t>
      </w:r>
      <w:proofErr w:type="spellEnd"/>
      <w:r w:rsidRPr="00891A35">
        <w:rPr>
          <w:sz w:val="20"/>
          <w:szCs w:val="20"/>
        </w:rPr>
        <w:t xml:space="preserve"> der Religion</w:t>
      </w:r>
    </w:p>
    <w:p w14:paraId="549B0B58" w14:textId="039BF2E2" w:rsidR="00891A35" w:rsidRDefault="00891A35">
      <w:pPr>
        <w:spacing w:after="80"/>
      </w:pPr>
    </w:p>
    <w:p w14:paraId="6DFD148F" w14:textId="5B0F006A" w:rsidR="00967AC7" w:rsidRDefault="00B21CB9">
      <w:pPr>
        <w:spacing w:after="60"/>
        <w:rPr>
          <w:sz w:val="20"/>
        </w:rPr>
      </w:pPr>
      <w:proofErr w:type="spellStart"/>
      <w:r>
        <w:rPr>
          <w:sz w:val="20"/>
        </w:rPr>
        <w:t>vom</w:t>
      </w:r>
      <w:proofErr w:type="spellEnd"/>
      <w:r>
        <w:rPr>
          <w:sz w:val="20"/>
        </w:rPr>
        <w:t xml:space="preserve"> ____________ bis ____________ = ______ </w:t>
      </w:r>
      <w:proofErr w:type="spellStart"/>
      <w:r>
        <w:rPr>
          <w:sz w:val="20"/>
        </w:rPr>
        <w:t>Unterrichtstage</w:t>
      </w:r>
      <w:proofErr w:type="spellEnd"/>
    </w:p>
    <w:p w14:paraId="698FCD5A" w14:textId="77777777" w:rsidR="00891A35" w:rsidRDefault="00891A35">
      <w:pPr>
        <w:spacing w:after="60"/>
      </w:pPr>
    </w:p>
    <w:p w14:paraId="619408EE" w14:textId="0CC1F315" w:rsidR="00891A35" w:rsidRDefault="00B21CB9">
      <w:pPr>
        <w:spacing w:after="100"/>
        <w:rPr>
          <w:sz w:val="20"/>
        </w:rPr>
      </w:pPr>
      <w:r>
        <w:rPr>
          <w:sz w:val="20"/>
        </w:rPr>
        <w:t>am ______</w:t>
      </w:r>
      <w:r>
        <w:rPr>
          <w:sz w:val="20"/>
        </w:rPr>
        <w:t xml:space="preserve">______                        </w:t>
      </w:r>
      <w:r w:rsidR="00891A35">
        <w:rPr>
          <w:sz w:val="20"/>
        </w:rPr>
        <w:t xml:space="preserve">        </w:t>
      </w:r>
      <w:r>
        <w:rPr>
          <w:sz w:val="20"/>
        </w:rPr>
        <w:t xml:space="preserve"> </w:t>
      </w:r>
      <w:proofErr w:type="gramStart"/>
      <w:r>
        <w:rPr>
          <w:sz w:val="20"/>
        </w:rPr>
        <w:t xml:space="preserve">= </w:t>
      </w:r>
      <w:r>
        <w:rPr>
          <w:sz w:val="20"/>
        </w:rPr>
        <w:t xml:space="preserve"> 1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Unterrichtstag</w:t>
      </w:r>
      <w:proofErr w:type="spellEnd"/>
    </w:p>
    <w:p w14:paraId="60B8158A" w14:textId="77777777" w:rsidR="00891A35" w:rsidRPr="00891A35" w:rsidRDefault="00891A35">
      <w:pPr>
        <w:spacing w:after="100"/>
        <w:rPr>
          <w:sz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891A35" w:rsidRPr="00891A35" w14:paraId="6DBC286F" w14:textId="77777777" w:rsidTr="00891A35">
        <w:tc>
          <w:tcPr>
            <w:tcW w:w="6204" w:type="dxa"/>
          </w:tcPr>
          <w:p w14:paraId="31811E01" w14:textId="56AA82B8" w:rsidR="00891A35" w:rsidRPr="00891A35" w:rsidRDefault="00891A35" w:rsidP="00891A35">
            <w:pPr>
              <w:spacing w:after="60"/>
              <w:rPr>
                <w:sz w:val="20"/>
                <w:szCs w:val="20"/>
              </w:rPr>
            </w:pPr>
            <w:proofErr w:type="spellStart"/>
            <w:r w:rsidRPr="00891A35">
              <w:rPr>
                <w:sz w:val="20"/>
                <w:szCs w:val="20"/>
              </w:rPr>
              <w:t>für</w:t>
            </w:r>
            <w:proofErr w:type="spellEnd"/>
            <w:r w:rsidRPr="00891A35">
              <w:rPr>
                <w:sz w:val="20"/>
                <w:szCs w:val="20"/>
              </w:rPr>
              <w:t xml:space="preserve"> den </w:t>
            </w:r>
            <w:proofErr w:type="spellStart"/>
            <w:r w:rsidRPr="00891A35">
              <w:rPr>
                <w:sz w:val="20"/>
                <w:szCs w:val="20"/>
              </w:rPr>
              <w:t>Schüler</w:t>
            </w:r>
            <w:proofErr w:type="spellEnd"/>
            <w:r w:rsidRPr="00891A35">
              <w:rPr>
                <w:sz w:val="20"/>
                <w:szCs w:val="20"/>
              </w:rPr>
              <w:t xml:space="preserve"> _________________________________</w:t>
            </w:r>
          </w:p>
        </w:tc>
        <w:tc>
          <w:tcPr>
            <w:tcW w:w="3543" w:type="dxa"/>
          </w:tcPr>
          <w:p w14:paraId="4168D4E5" w14:textId="121D894F" w:rsidR="00891A35" w:rsidRPr="00891A35" w:rsidRDefault="00891A35" w:rsidP="00891A35">
            <w:pPr>
              <w:spacing w:after="60"/>
              <w:rPr>
                <w:sz w:val="20"/>
                <w:szCs w:val="20"/>
              </w:rPr>
            </w:pPr>
            <w:proofErr w:type="spellStart"/>
            <w:r w:rsidRPr="00891A35">
              <w:rPr>
                <w:sz w:val="20"/>
                <w:szCs w:val="20"/>
              </w:rPr>
              <w:t>Klassenstuf</w:t>
            </w:r>
            <w:r>
              <w:rPr>
                <w:sz w:val="20"/>
                <w:szCs w:val="20"/>
              </w:rPr>
              <w:t>e</w:t>
            </w:r>
            <w:proofErr w:type="spellEnd"/>
            <w:r>
              <w:rPr>
                <w:sz w:val="20"/>
                <w:szCs w:val="20"/>
              </w:rPr>
              <w:t xml:space="preserve">     </w:t>
            </w:r>
            <w:r w:rsidRPr="00891A35">
              <w:rPr>
                <w:sz w:val="20"/>
                <w:szCs w:val="20"/>
              </w:rPr>
              <w:t>______________</w:t>
            </w:r>
            <w:r>
              <w:rPr>
                <w:sz w:val="20"/>
                <w:szCs w:val="20"/>
              </w:rPr>
              <w:t>__</w:t>
            </w:r>
          </w:p>
        </w:tc>
      </w:tr>
      <w:tr w:rsidR="00891A35" w14:paraId="00FA94A9" w14:textId="77777777" w:rsidTr="00891A35">
        <w:tc>
          <w:tcPr>
            <w:tcW w:w="6204" w:type="dxa"/>
          </w:tcPr>
          <w:p w14:paraId="666822F5" w14:textId="59C7E265" w:rsidR="00891A35" w:rsidRDefault="00891A35" w:rsidP="00891A35">
            <w:pPr>
              <w:spacing w:after="60"/>
            </w:pPr>
          </w:p>
        </w:tc>
        <w:tc>
          <w:tcPr>
            <w:tcW w:w="3543" w:type="dxa"/>
          </w:tcPr>
          <w:p w14:paraId="4411FBED" w14:textId="4A98A0A5" w:rsidR="00891A35" w:rsidRDefault="00891A35" w:rsidP="00891A35">
            <w:pPr>
              <w:spacing w:after="60"/>
            </w:pPr>
          </w:p>
        </w:tc>
      </w:tr>
    </w:tbl>
    <w:p w14:paraId="2825B78A" w14:textId="122949B5" w:rsidR="00967AC7" w:rsidRDefault="00B21CB9">
      <w:pPr>
        <w:spacing w:before="40" w:after="0"/>
        <w:rPr>
          <w:sz w:val="17"/>
        </w:rPr>
      </w:pPr>
      <w:proofErr w:type="spellStart"/>
      <w:r>
        <w:rPr>
          <w:sz w:val="17"/>
        </w:rPr>
        <w:t>Vorname</w:t>
      </w:r>
      <w:proofErr w:type="spellEnd"/>
      <w:r>
        <w:rPr>
          <w:sz w:val="17"/>
        </w:rPr>
        <w:t xml:space="preserve">, Schule, </w:t>
      </w:r>
      <w:proofErr w:type="spellStart"/>
      <w:r>
        <w:rPr>
          <w:sz w:val="17"/>
        </w:rPr>
        <w:t>Klasse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betroffener</w:t>
      </w:r>
      <w:proofErr w:type="spellEnd"/>
      <w:r>
        <w:rPr>
          <w:sz w:val="17"/>
        </w:rPr>
        <w:t xml:space="preserve"> Geschwisterkinder (Antrag bereits gestellt ja / nein?)</w:t>
      </w:r>
    </w:p>
    <w:p w14:paraId="54FD6C76" w14:textId="77777777" w:rsidR="00891A35" w:rsidRDefault="00891A35">
      <w:pPr>
        <w:spacing w:before="40" w:after="0"/>
      </w:pPr>
    </w:p>
    <w:p w14:paraId="49FF000D" w14:textId="77777777" w:rsidR="00967AC7" w:rsidRDefault="00B21CB9">
      <w:pPr>
        <w:spacing w:after="20"/>
      </w:pPr>
      <w:r>
        <w:t xml:space="preserve"> ______________________________________________________________________________________________</w:t>
      </w:r>
    </w:p>
    <w:p w14:paraId="642B10AD" w14:textId="77777777" w:rsidR="00891A35" w:rsidRDefault="00891A35">
      <w:pPr>
        <w:spacing w:before="80" w:after="0"/>
      </w:pPr>
    </w:p>
    <w:p w14:paraId="7E05D1D3" w14:textId="0797304B" w:rsidR="00967AC7" w:rsidRDefault="00B21CB9" w:rsidP="00891A35">
      <w:pPr>
        <w:spacing w:before="80" w:after="0"/>
        <w:rPr>
          <w:sz w:val="20"/>
          <w:szCs w:val="20"/>
        </w:rPr>
      </w:pPr>
      <w:r w:rsidRPr="00891A35">
        <w:rPr>
          <w:sz w:val="20"/>
          <w:szCs w:val="20"/>
        </w:rPr>
        <w:t xml:space="preserve">II.) Begründung des </w:t>
      </w:r>
      <w:proofErr w:type="spellStart"/>
      <w:r w:rsidRPr="00891A35">
        <w:rPr>
          <w:sz w:val="20"/>
          <w:szCs w:val="20"/>
        </w:rPr>
        <w:t>Beurlaubungsantrages</w:t>
      </w:r>
      <w:proofErr w:type="spellEnd"/>
      <w:r w:rsidRPr="00891A35">
        <w:rPr>
          <w:sz w:val="20"/>
          <w:szCs w:val="20"/>
        </w:rPr>
        <w:t xml:space="preserve"> </w:t>
      </w:r>
      <w:proofErr w:type="spellStart"/>
      <w:r w:rsidRPr="00891A35">
        <w:rPr>
          <w:sz w:val="20"/>
          <w:szCs w:val="20"/>
        </w:rPr>
        <w:t>durch</w:t>
      </w:r>
      <w:proofErr w:type="spellEnd"/>
      <w:r w:rsidRPr="00891A35">
        <w:rPr>
          <w:sz w:val="20"/>
          <w:szCs w:val="20"/>
        </w:rPr>
        <w:t xml:space="preserve"> die </w:t>
      </w:r>
      <w:proofErr w:type="spellStart"/>
      <w:r w:rsidRPr="00891A35">
        <w:rPr>
          <w:sz w:val="20"/>
          <w:szCs w:val="20"/>
        </w:rPr>
        <w:t>Erziehungsberechtigten</w:t>
      </w:r>
      <w:proofErr w:type="spellEnd"/>
      <w:r w:rsidR="00891A35">
        <w:rPr>
          <w:sz w:val="20"/>
          <w:szCs w:val="20"/>
        </w:rPr>
        <w:t xml:space="preserve"> (</w:t>
      </w:r>
      <w:proofErr w:type="spellStart"/>
      <w:r w:rsidR="00891A35">
        <w:rPr>
          <w:sz w:val="20"/>
          <w:szCs w:val="20"/>
        </w:rPr>
        <w:t>ggf</w:t>
      </w:r>
      <w:proofErr w:type="spellEnd"/>
      <w:r w:rsidR="00891A35">
        <w:rPr>
          <w:sz w:val="20"/>
          <w:szCs w:val="20"/>
        </w:rPr>
        <w:t xml:space="preserve">. </w:t>
      </w:r>
      <w:proofErr w:type="spellStart"/>
      <w:r w:rsidRPr="00891A35">
        <w:rPr>
          <w:sz w:val="20"/>
          <w:szCs w:val="20"/>
        </w:rPr>
        <w:t>Rück</w:t>
      </w:r>
      <w:r w:rsidRPr="00891A35">
        <w:rPr>
          <w:sz w:val="20"/>
          <w:szCs w:val="20"/>
        </w:rPr>
        <w:t>seite</w:t>
      </w:r>
      <w:proofErr w:type="spellEnd"/>
      <w:r w:rsidRPr="00891A35">
        <w:rPr>
          <w:sz w:val="20"/>
          <w:szCs w:val="20"/>
        </w:rPr>
        <w:t xml:space="preserve"> </w:t>
      </w:r>
      <w:proofErr w:type="spellStart"/>
      <w:r w:rsidR="00891A35">
        <w:rPr>
          <w:sz w:val="20"/>
          <w:szCs w:val="20"/>
        </w:rPr>
        <w:t>nutzen</w:t>
      </w:r>
      <w:proofErr w:type="spellEnd"/>
      <w:r w:rsidRPr="00891A35">
        <w:rPr>
          <w:sz w:val="20"/>
          <w:szCs w:val="20"/>
        </w:rPr>
        <w:t>)</w:t>
      </w:r>
    </w:p>
    <w:p w14:paraId="4E24618C" w14:textId="77777777" w:rsidR="00891A35" w:rsidRPr="00891A35" w:rsidRDefault="00891A35" w:rsidP="00891A35">
      <w:pPr>
        <w:spacing w:before="80" w:after="0"/>
        <w:rPr>
          <w:sz w:val="20"/>
          <w:szCs w:val="20"/>
        </w:rPr>
      </w:pPr>
    </w:p>
    <w:p w14:paraId="404F88B5" w14:textId="3C153C5A" w:rsidR="00967AC7" w:rsidRDefault="00B21CB9">
      <w:pPr>
        <w:spacing w:after="20"/>
        <w:rPr>
          <w:sz w:val="20"/>
          <w:szCs w:val="20"/>
        </w:rPr>
      </w:pPr>
      <w:bookmarkStart w:id="0" w:name="_Hlk243926736"/>
      <w:r w:rsidRPr="00891A35">
        <w:rPr>
          <w:sz w:val="20"/>
          <w:szCs w:val="20"/>
        </w:rPr>
        <w:t xml:space="preserve"> __________________________________________________________________________________________</w:t>
      </w:r>
    </w:p>
    <w:p w14:paraId="15B9131A" w14:textId="77777777" w:rsidR="00891A35" w:rsidRPr="00891A35" w:rsidRDefault="00891A35">
      <w:pPr>
        <w:spacing w:after="20"/>
        <w:rPr>
          <w:sz w:val="20"/>
          <w:szCs w:val="20"/>
        </w:rPr>
      </w:pPr>
    </w:p>
    <w:p w14:paraId="2A82ACA6" w14:textId="64BF0974" w:rsidR="00891A35" w:rsidRDefault="00B21CB9">
      <w:pPr>
        <w:spacing w:after="20"/>
        <w:rPr>
          <w:sz w:val="20"/>
          <w:szCs w:val="20"/>
        </w:rPr>
      </w:pPr>
      <w:r w:rsidRPr="00891A35">
        <w:rPr>
          <w:sz w:val="20"/>
          <w:szCs w:val="20"/>
        </w:rPr>
        <w:t xml:space="preserve"> __________________________________________________________________________________________</w:t>
      </w:r>
    </w:p>
    <w:bookmarkEnd w:id="0"/>
    <w:p w14:paraId="0FDA9FEE" w14:textId="77777777" w:rsidR="00891A35" w:rsidRPr="00891A35" w:rsidRDefault="00891A35">
      <w:pPr>
        <w:spacing w:after="20"/>
        <w:rPr>
          <w:sz w:val="20"/>
          <w:szCs w:val="20"/>
        </w:rPr>
      </w:pPr>
    </w:p>
    <w:p w14:paraId="58FF5D0D" w14:textId="69202EE1" w:rsidR="00967AC7" w:rsidRDefault="00B21CB9" w:rsidP="00891A35">
      <w:pPr>
        <w:spacing w:before="80" w:after="0"/>
        <w:rPr>
          <w:sz w:val="20"/>
          <w:szCs w:val="20"/>
        </w:rPr>
      </w:pPr>
      <w:r w:rsidRPr="00891A35">
        <w:rPr>
          <w:sz w:val="20"/>
          <w:szCs w:val="20"/>
        </w:rPr>
        <w:t xml:space="preserve">III.) Mir </w:t>
      </w:r>
      <w:r w:rsidR="00891A35">
        <w:rPr>
          <w:sz w:val="20"/>
          <w:szCs w:val="20"/>
        </w:rPr>
        <w:t>/</w:t>
      </w:r>
      <w:r w:rsidRPr="00891A35">
        <w:rPr>
          <w:sz w:val="20"/>
          <w:szCs w:val="20"/>
        </w:rPr>
        <w:t xml:space="preserve"> Uns ist bekannt, dass die sch</w:t>
      </w:r>
      <w:r w:rsidRPr="00891A35">
        <w:rPr>
          <w:sz w:val="20"/>
          <w:szCs w:val="20"/>
        </w:rPr>
        <w:t xml:space="preserve">ulischen Folgen einer Beurlaubung allein zu Lasten meines / </w:t>
      </w:r>
      <w:proofErr w:type="spellStart"/>
      <w:r w:rsidRPr="00891A35">
        <w:rPr>
          <w:sz w:val="20"/>
          <w:szCs w:val="20"/>
        </w:rPr>
        <w:t>unseres</w:t>
      </w:r>
      <w:proofErr w:type="spellEnd"/>
      <w:r w:rsidRPr="00891A35">
        <w:rPr>
          <w:sz w:val="20"/>
          <w:szCs w:val="20"/>
        </w:rPr>
        <w:t xml:space="preserve"> </w:t>
      </w:r>
      <w:proofErr w:type="spellStart"/>
      <w:r w:rsidRPr="00891A35">
        <w:rPr>
          <w:sz w:val="20"/>
          <w:szCs w:val="20"/>
        </w:rPr>
        <w:t>Kindes</w:t>
      </w:r>
      <w:proofErr w:type="spellEnd"/>
      <w:r w:rsidRPr="00891A35">
        <w:rPr>
          <w:sz w:val="20"/>
          <w:szCs w:val="20"/>
        </w:rPr>
        <w:t xml:space="preserve"> </w:t>
      </w:r>
      <w:proofErr w:type="spellStart"/>
      <w:r w:rsidRPr="00891A35">
        <w:rPr>
          <w:sz w:val="20"/>
          <w:szCs w:val="20"/>
        </w:rPr>
        <w:t>gehen</w:t>
      </w:r>
      <w:proofErr w:type="spellEnd"/>
      <w:r w:rsidR="00891A35">
        <w:rPr>
          <w:sz w:val="20"/>
          <w:szCs w:val="20"/>
        </w:rPr>
        <w:t xml:space="preserve"> </w:t>
      </w:r>
      <w:r w:rsidRPr="00891A35">
        <w:rPr>
          <w:sz w:val="20"/>
          <w:szCs w:val="20"/>
        </w:rPr>
        <w:t xml:space="preserve">und keine Ansprüche daraus abgeleitet werden können. Ich / Wir werde(n) im </w:t>
      </w:r>
      <w:proofErr w:type="spellStart"/>
      <w:r w:rsidRPr="00891A35">
        <w:rPr>
          <w:sz w:val="20"/>
          <w:szCs w:val="20"/>
        </w:rPr>
        <w:t>Zusammenwirken</w:t>
      </w:r>
      <w:proofErr w:type="spellEnd"/>
      <w:r w:rsidRPr="00891A35">
        <w:rPr>
          <w:sz w:val="20"/>
          <w:szCs w:val="20"/>
        </w:rPr>
        <w:t xml:space="preserve"> </w:t>
      </w:r>
      <w:proofErr w:type="spellStart"/>
      <w:r w:rsidRPr="00891A35">
        <w:rPr>
          <w:sz w:val="20"/>
          <w:szCs w:val="20"/>
        </w:rPr>
        <w:t>mit</w:t>
      </w:r>
      <w:proofErr w:type="spellEnd"/>
      <w:r w:rsidRPr="00891A35">
        <w:rPr>
          <w:sz w:val="20"/>
          <w:szCs w:val="20"/>
        </w:rPr>
        <w:t xml:space="preserve"> der Schule</w:t>
      </w:r>
      <w:r w:rsidR="00891A35">
        <w:rPr>
          <w:sz w:val="20"/>
          <w:szCs w:val="20"/>
        </w:rPr>
        <w:t xml:space="preserve"> </w:t>
      </w:r>
      <w:proofErr w:type="spellStart"/>
      <w:r w:rsidRPr="00891A35">
        <w:rPr>
          <w:sz w:val="20"/>
          <w:szCs w:val="20"/>
        </w:rPr>
        <w:t>dafür</w:t>
      </w:r>
      <w:proofErr w:type="spellEnd"/>
      <w:r w:rsidRPr="00891A35">
        <w:rPr>
          <w:sz w:val="20"/>
          <w:szCs w:val="20"/>
        </w:rPr>
        <w:t xml:space="preserve"> Sorge tragen, dass mein / unser Kind den </w:t>
      </w:r>
      <w:proofErr w:type="spellStart"/>
      <w:r w:rsidRPr="00891A35">
        <w:rPr>
          <w:sz w:val="20"/>
          <w:szCs w:val="20"/>
        </w:rPr>
        <w:t>versäumten</w:t>
      </w:r>
      <w:proofErr w:type="spellEnd"/>
      <w:r w:rsidRPr="00891A35">
        <w:rPr>
          <w:sz w:val="20"/>
          <w:szCs w:val="20"/>
        </w:rPr>
        <w:t xml:space="preserve"> </w:t>
      </w:r>
      <w:proofErr w:type="spellStart"/>
      <w:r w:rsidRPr="00891A35">
        <w:rPr>
          <w:sz w:val="20"/>
          <w:szCs w:val="20"/>
        </w:rPr>
        <w:t>Lehrstoff</w:t>
      </w:r>
      <w:proofErr w:type="spellEnd"/>
      <w:r w:rsidRPr="00891A35">
        <w:rPr>
          <w:sz w:val="20"/>
          <w:szCs w:val="20"/>
        </w:rPr>
        <w:t xml:space="preserve"> </w:t>
      </w:r>
      <w:proofErr w:type="spellStart"/>
      <w:r w:rsidRPr="00891A35">
        <w:rPr>
          <w:sz w:val="20"/>
          <w:szCs w:val="20"/>
        </w:rPr>
        <w:t>ba</w:t>
      </w:r>
      <w:r w:rsidRPr="00891A35">
        <w:rPr>
          <w:sz w:val="20"/>
          <w:szCs w:val="20"/>
        </w:rPr>
        <w:t>ldmöglichst</w:t>
      </w:r>
      <w:proofErr w:type="spellEnd"/>
      <w:r w:rsidRPr="00891A35">
        <w:rPr>
          <w:sz w:val="20"/>
          <w:szCs w:val="20"/>
        </w:rPr>
        <w:t xml:space="preserve"> </w:t>
      </w:r>
      <w:proofErr w:type="spellStart"/>
      <w:r w:rsidRPr="00891A35">
        <w:rPr>
          <w:sz w:val="20"/>
          <w:szCs w:val="20"/>
        </w:rPr>
        <w:t>nachholt</w:t>
      </w:r>
      <w:proofErr w:type="spellEnd"/>
      <w:r w:rsidRPr="00891A35">
        <w:rPr>
          <w:sz w:val="20"/>
          <w:szCs w:val="20"/>
        </w:rPr>
        <w:t>.</w:t>
      </w:r>
      <w:r w:rsidR="00891A35">
        <w:rPr>
          <w:sz w:val="20"/>
          <w:szCs w:val="20"/>
        </w:rPr>
        <w:t xml:space="preserve"> </w:t>
      </w:r>
      <w:r w:rsidRPr="00891A35">
        <w:rPr>
          <w:sz w:val="20"/>
          <w:szCs w:val="20"/>
        </w:rPr>
        <w:t xml:space="preserve">Ich / Wir versichere / versichern, dass der Anlass der Beurlaubung nicht in der </w:t>
      </w:r>
      <w:proofErr w:type="spellStart"/>
      <w:r w:rsidRPr="00891A35">
        <w:rPr>
          <w:sz w:val="20"/>
          <w:szCs w:val="20"/>
        </w:rPr>
        <w:t>unterrichtsfreien</w:t>
      </w:r>
      <w:proofErr w:type="spellEnd"/>
      <w:r w:rsidRPr="00891A35">
        <w:rPr>
          <w:sz w:val="20"/>
          <w:szCs w:val="20"/>
        </w:rPr>
        <w:t xml:space="preserve"> Zeit </w:t>
      </w:r>
      <w:proofErr w:type="spellStart"/>
      <w:r w:rsidRPr="00891A35">
        <w:rPr>
          <w:sz w:val="20"/>
          <w:szCs w:val="20"/>
        </w:rPr>
        <w:t>erledigt</w:t>
      </w:r>
      <w:proofErr w:type="spellEnd"/>
      <w:r w:rsidRPr="00891A35">
        <w:rPr>
          <w:sz w:val="20"/>
          <w:szCs w:val="20"/>
        </w:rPr>
        <w:t xml:space="preserve"> </w:t>
      </w:r>
      <w:r w:rsidR="00891A35">
        <w:rPr>
          <w:sz w:val="20"/>
          <w:szCs w:val="20"/>
        </w:rPr>
        <w:t xml:space="preserve">warden </w:t>
      </w:r>
      <w:proofErr w:type="spellStart"/>
      <w:r w:rsidRPr="00891A35">
        <w:rPr>
          <w:sz w:val="20"/>
          <w:szCs w:val="20"/>
        </w:rPr>
        <w:t>kann</w:t>
      </w:r>
      <w:proofErr w:type="spellEnd"/>
      <w:r w:rsidRPr="00891A35">
        <w:rPr>
          <w:sz w:val="20"/>
          <w:szCs w:val="20"/>
        </w:rPr>
        <w:t>.</w:t>
      </w:r>
    </w:p>
    <w:p w14:paraId="12B36AF2" w14:textId="77777777" w:rsidR="00891A35" w:rsidRPr="00891A35" w:rsidRDefault="00891A35" w:rsidP="00891A35">
      <w:pPr>
        <w:spacing w:before="80" w:after="0"/>
        <w:rPr>
          <w:sz w:val="20"/>
          <w:szCs w:val="20"/>
        </w:rPr>
      </w:pPr>
    </w:p>
    <w:p w14:paraId="57A1AB24" w14:textId="5B8BD8A9" w:rsidR="00967AC7" w:rsidRDefault="00B21CB9">
      <w:pPr>
        <w:spacing w:after="0"/>
      </w:pPr>
      <w:r>
        <w:t xml:space="preserve">__________________________                          </w:t>
      </w:r>
      <w:r>
        <w:t xml:space="preserve"> __________________________________________</w:t>
      </w:r>
    </w:p>
    <w:p w14:paraId="702F61BC" w14:textId="77777777" w:rsidR="00967AC7" w:rsidRDefault="00B21CB9">
      <w:pPr>
        <w:spacing w:after="100"/>
      </w:pPr>
      <w:r>
        <w:rPr>
          <w:sz w:val="17"/>
        </w:rPr>
        <w:t>Or</w:t>
      </w:r>
      <w:r>
        <w:rPr>
          <w:sz w:val="17"/>
        </w:rPr>
        <w:t>t, Datum                                                                  Unterschrift(en) d. Erziehungsberechtigten</w:t>
      </w:r>
    </w:p>
    <w:p w14:paraId="6976A583" w14:textId="77777777" w:rsidR="00891A35" w:rsidRDefault="00891A35">
      <w:pPr>
        <w:spacing w:before="40" w:after="0"/>
        <w:rPr>
          <w:sz w:val="20"/>
          <w:szCs w:val="24"/>
        </w:rPr>
      </w:pPr>
    </w:p>
    <w:p w14:paraId="379C4371" w14:textId="0BA211B1" w:rsidR="00967AC7" w:rsidRDefault="00B21CB9">
      <w:pPr>
        <w:spacing w:before="40" w:after="0"/>
        <w:rPr>
          <w:sz w:val="20"/>
          <w:szCs w:val="20"/>
        </w:rPr>
      </w:pPr>
      <w:r w:rsidRPr="00891A35">
        <w:rPr>
          <w:sz w:val="20"/>
          <w:szCs w:val="24"/>
        </w:rPr>
        <w:t xml:space="preserve">IV.) </w:t>
      </w:r>
      <w:proofErr w:type="spellStart"/>
      <w:r w:rsidRPr="00891A35">
        <w:rPr>
          <w:sz w:val="20"/>
          <w:szCs w:val="20"/>
        </w:rPr>
        <w:t>E</w:t>
      </w:r>
      <w:r w:rsidRPr="00891A35">
        <w:rPr>
          <w:sz w:val="20"/>
          <w:szCs w:val="20"/>
        </w:rPr>
        <w:t>ntscheidung</w:t>
      </w:r>
      <w:proofErr w:type="spellEnd"/>
      <w:r w:rsidRPr="00891A35">
        <w:rPr>
          <w:sz w:val="20"/>
          <w:szCs w:val="20"/>
        </w:rPr>
        <w:t xml:space="preserve"> der </w:t>
      </w:r>
      <w:proofErr w:type="spellStart"/>
      <w:r w:rsidRPr="00891A35">
        <w:rPr>
          <w:sz w:val="20"/>
          <w:szCs w:val="20"/>
        </w:rPr>
        <w:t>genehmigenden</w:t>
      </w:r>
      <w:proofErr w:type="spellEnd"/>
      <w:r w:rsidRPr="00891A35">
        <w:rPr>
          <w:sz w:val="20"/>
          <w:szCs w:val="20"/>
        </w:rPr>
        <w:t xml:space="preserve"> </w:t>
      </w:r>
      <w:r>
        <w:rPr>
          <w:sz w:val="20"/>
          <w:szCs w:val="20"/>
        </w:rPr>
        <w:t>Schule</w:t>
      </w:r>
      <w:r w:rsidRPr="00891A35">
        <w:rPr>
          <w:sz w:val="20"/>
          <w:szCs w:val="20"/>
        </w:rPr>
        <w:t>:</w:t>
      </w:r>
    </w:p>
    <w:p w14:paraId="6DF831CA" w14:textId="77777777" w:rsidR="00891A35" w:rsidRDefault="00891A35">
      <w:pPr>
        <w:spacing w:after="20"/>
        <w:rPr>
          <w:sz w:val="20"/>
          <w:szCs w:val="20"/>
        </w:rPr>
      </w:pPr>
    </w:p>
    <w:p w14:paraId="5536CA14" w14:textId="77777777" w:rsidR="00891A35" w:rsidRPr="00891A35" w:rsidRDefault="00891A35" w:rsidP="00891A35">
      <w:pPr>
        <w:spacing w:after="20"/>
        <w:rPr>
          <w:sz w:val="20"/>
          <w:szCs w:val="20"/>
        </w:rPr>
      </w:pPr>
      <w:r w:rsidRPr="00891A35">
        <w:rPr>
          <w:sz w:val="20"/>
          <w:szCs w:val="20"/>
        </w:rPr>
        <w:t>__________________________________________________________________________________________</w:t>
      </w:r>
    </w:p>
    <w:p w14:paraId="31F345EF" w14:textId="77777777" w:rsidR="00891A35" w:rsidRPr="00891A35" w:rsidRDefault="00891A35" w:rsidP="00891A35">
      <w:pPr>
        <w:spacing w:after="20"/>
        <w:rPr>
          <w:sz w:val="20"/>
          <w:szCs w:val="20"/>
        </w:rPr>
      </w:pPr>
    </w:p>
    <w:p w14:paraId="15591A84" w14:textId="5CCEA9C1" w:rsidR="00891A35" w:rsidRDefault="00891A35" w:rsidP="00891A35">
      <w:pPr>
        <w:spacing w:after="20"/>
      </w:pPr>
      <w:r w:rsidRPr="00891A35">
        <w:rPr>
          <w:sz w:val="20"/>
          <w:szCs w:val="20"/>
        </w:rPr>
        <w:t xml:space="preserve"> __________________________________________________________________________________________</w:t>
      </w:r>
    </w:p>
    <w:p w14:paraId="3D5B5835" w14:textId="77777777" w:rsidR="00891A35" w:rsidRDefault="00891A35">
      <w:pPr>
        <w:spacing w:after="20"/>
      </w:pPr>
    </w:p>
    <w:p w14:paraId="3F7B8B7C" w14:textId="2681494F" w:rsidR="00967AC7" w:rsidRDefault="00891A35">
      <w:pPr>
        <w:spacing w:before="60" w:after="0"/>
      </w:pPr>
      <w:r>
        <w:t xml:space="preserve"> </w:t>
      </w:r>
      <w:r w:rsidR="00B21CB9">
        <w:t xml:space="preserve">____________________                         </w:t>
      </w:r>
      <w:r w:rsidR="00B21CB9">
        <w:t xml:space="preserve">   ______</w:t>
      </w:r>
      <w:r w:rsidR="00B21CB9">
        <w:t>______________________</w:t>
      </w:r>
    </w:p>
    <w:p w14:paraId="01A2DE01" w14:textId="4920478B" w:rsidR="00967AC7" w:rsidRDefault="00891A35">
      <w:pPr>
        <w:spacing w:after="0"/>
      </w:pPr>
      <w:r>
        <w:rPr>
          <w:sz w:val="17"/>
        </w:rPr>
        <w:t xml:space="preserve"> </w:t>
      </w:r>
      <w:r w:rsidR="00B21CB9">
        <w:rPr>
          <w:sz w:val="17"/>
        </w:rPr>
        <w:t xml:space="preserve">Ort, Datum                                                       </w:t>
      </w:r>
      <w:proofErr w:type="spellStart"/>
      <w:r w:rsidR="00B21CB9">
        <w:rPr>
          <w:sz w:val="17"/>
        </w:rPr>
        <w:t>Unterschrift</w:t>
      </w:r>
      <w:proofErr w:type="spellEnd"/>
    </w:p>
    <w:sectPr w:rsidR="00967AC7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91A35"/>
    <w:rsid w:val="00967AC7"/>
    <w:rsid w:val="00AA1D8D"/>
    <w:rsid w:val="00B21CB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6F3A4A"/>
  <w14:defaultImageDpi w14:val="300"/>
  <w15:docId w15:val="{E610B6DB-EA34-45A3-86F0-006E833E2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2111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Fr. Seliger - Freie integrative Grundschule Känguru Ehrenberg</cp:lastModifiedBy>
  <cp:revision>2</cp:revision>
  <dcterms:created xsi:type="dcterms:W3CDTF">2026-10-26T16:09:00Z</dcterms:created>
  <dcterms:modified xsi:type="dcterms:W3CDTF">2026-10-26T16:09:00Z</dcterms:modified>
  <cp:category/>
</cp:coreProperties>
</file>